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EB32D" w14:textId="661256F9" w:rsidR="00583414" w:rsidRPr="00467A8F" w:rsidRDefault="000F1651" w:rsidP="21E99B00">
      <w:pPr>
        <w:pStyle w:val="Kop1"/>
        <w:rPr>
          <w:lang w:val="nl-NL"/>
        </w:rPr>
      </w:pPr>
      <w:r>
        <w:rPr>
          <w:color w:val="FA07B5"/>
          <w:lang w:val="nl-NL"/>
        </w:rPr>
        <w:t xml:space="preserve"> </w:t>
      </w:r>
      <w:r w:rsidR="00A008EB" w:rsidRPr="21E99B00">
        <w:rPr>
          <w:color w:val="FA07B5"/>
          <w:lang w:val="nl-NL"/>
        </w:rPr>
        <w:t xml:space="preserve">Stappenplan </w:t>
      </w:r>
      <w:proofErr w:type="gramStart"/>
      <w:r w:rsidR="00A008EB" w:rsidRPr="21E99B00">
        <w:rPr>
          <w:color w:val="FA07B5"/>
          <w:lang w:val="nl-NL"/>
        </w:rPr>
        <w:t xml:space="preserve">Schoolaanwezigheid </w:t>
      </w:r>
      <w:r w:rsidR="51D20CFB" w:rsidRPr="21E99B00">
        <w:rPr>
          <w:color w:val="FA07B5"/>
          <w:lang w:val="nl-NL"/>
        </w:rPr>
        <w:t>!</w:t>
      </w:r>
      <w:proofErr w:type="spellStart"/>
      <w:r w:rsidR="51D20CFB" w:rsidRPr="21E99B00">
        <w:rPr>
          <w:color w:val="FA07B5"/>
          <w:lang w:val="nl-NL"/>
        </w:rPr>
        <w:t>mpulse</w:t>
      </w:r>
      <w:proofErr w:type="spellEnd"/>
      <w:proofErr w:type="gramEnd"/>
      <w:r w:rsidR="51D20CFB" w:rsidRPr="21E99B00">
        <w:rPr>
          <w:color w:val="FA07B5"/>
          <w:lang w:val="nl-NL"/>
        </w:rPr>
        <w:t xml:space="preserve"> Leeuwarden</w:t>
      </w:r>
      <w:r w:rsidR="00A008EB" w:rsidRPr="003B27FF">
        <w:rPr>
          <w:lang w:val="nl-NL"/>
        </w:rPr>
        <w:br/>
      </w:r>
      <w:r w:rsidR="00467A8F" w:rsidRPr="21E99B00">
        <w:rPr>
          <w:rFonts w:ascii="Calibri" w:hAnsi="Calibri" w:cs="Calibri"/>
          <w:color w:val="auto"/>
          <w:sz w:val="20"/>
          <w:szCs w:val="20"/>
          <w:lang w:val="nl-NL"/>
        </w:rPr>
        <w:t>In Nederland zijn scholen wettelijk verplicht om alle vormen van verzuim te registreren. De inspectie van het Onderwijs controleert of scholen correct en volgens de actuele regelgeving registreren.</w:t>
      </w:r>
      <w:r w:rsidR="00467A8F" w:rsidRPr="21E99B00">
        <w:rPr>
          <w:rFonts w:ascii="Calibri" w:hAnsi="Calibri" w:cs="Calibri"/>
          <w:sz w:val="20"/>
          <w:szCs w:val="20"/>
          <w:lang w:val="nl-NL"/>
        </w:rPr>
        <w:t xml:space="preserve"> </w:t>
      </w:r>
      <w:r w:rsidR="00467A8F" w:rsidRPr="21E99B00">
        <w:rPr>
          <w:rFonts w:ascii="Calibri" w:hAnsi="Calibri" w:cs="Calibri"/>
          <w:color w:val="auto"/>
          <w:sz w:val="20"/>
          <w:szCs w:val="20"/>
          <w:lang w:val="nl-NL"/>
        </w:rPr>
        <w:t>In de Wet Voorgezet Onderwijs (WVO 2020) is vastgelegd wat wordt verstaan onder geoorloofd en ongeoorloofd verzuim.</w:t>
      </w:r>
      <w:r w:rsidR="00A008EB" w:rsidRPr="00503734">
        <w:rPr>
          <w:lang w:val="nl-NL"/>
        </w:rPr>
        <w:br/>
      </w:r>
      <w:r w:rsidR="00A008EB" w:rsidRPr="00503734">
        <w:rPr>
          <w:lang w:val="nl-NL"/>
        </w:rPr>
        <w:br/>
      </w:r>
      <w:r w:rsidR="00A008EB" w:rsidRPr="21E99B00">
        <w:rPr>
          <w:color w:val="002060"/>
          <w:lang w:val="nl-NL"/>
        </w:rPr>
        <w:t>Ongeoorloofd verzuim</w:t>
      </w:r>
    </w:p>
    <w:p w14:paraId="15DF7769" w14:textId="7D9E4028" w:rsidR="04CAAC7A" w:rsidRDefault="00A008EB" w:rsidP="04CAAC7A">
      <w:pPr>
        <w:rPr>
          <w:rFonts w:asciiTheme="majorHAnsi" w:hAnsiTheme="majorHAnsi" w:cstheme="majorBidi"/>
          <w:lang w:val="nl-NL"/>
        </w:rPr>
      </w:pPr>
      <w:r w:rsidRPr="74270C8A">
        <w:rPr>
          <w:rFonts w:asciiTheme="majorHAnsi" w:hAnsiTheme="majorHAnsi" w:cstheme="majorBidi"/>
          <w:lang w:val="nl-NL"/>
        </w:rPr>
        <w:t xml:space="preserve">Afwezigheid zonder geldige reden, zoals te laat komen, spijbelen of het missen van afspraken met coach, </w:t>
      </w:r>
      <w:proofErr w:type="spellStart"/>
      <w:r w:rsidR="00467A8F" w:rsidRPr="74270C8A">
        <w:rPr>
          <w:rFonts w:asciiTheme="majorHAnsi" w:hAnsiTheme="majorHAnsi" w:cstheme="majorBidi"/>
          <w:lang w:val="nl-NL"/>
        </w:rPr>
        <w:t>vaktutor</w:t>
      </w:r>
      <w:proofErr w:type="spellEnd"/>
      <w:r w:rsidR="00467A8F" w:rsidRPr="74270C8A">
        <w:rPr>
          <w:rFonts w:asciiTheme="majorHAnsi" w:hAnsiTheme="majorHAnsi" w:cstheme="majorBidi"/>
          <w:lang w:val="nl-NL"/>
        </w:rPr>
        <w:t xml:space="preserve"> </w:t>
      </w:r>
      <w:r w:rsidRPr="74270C8A">
        <w:rPr>
          <w:rFonts w:asciiTheme="majorHAnsi" w:hAnsiTheme="majorHAnsi" w:cstheme="majorBidi"/>
          <w:lang w:val="nl-NL"/>
        </w:rPr>
        <w:t>of bij toetsen.</w:t>
      </w:r>
    </w:p>
    <w:p w14:paraId="311E6DF1" w14:textId="1BF99AB9" w:rsidR="00583414" w:rsidRPr="00467A8F" w:rsidRDefault="00A008EB" w:rsidP="74270C8A">
      <w:pPr>
        <w:pStyle w:val="Kop3"/>
        <w:rPr>
          <w:color w:val="002060"/>
          <w:lang w:val="nl-NL"/>
        </w:rPr>
      </w:pPr>
      <w:r w:rsidRPr="74270C8A">
        <w:rPr>
          <w:color w:val="002060"/>
          <w:lang w:val="nl-NL"/>
        </w:rPr>
        <w:t>Stap 1</w:t>
      </w:r>
      <w:r w:rsidR="00467A8F" w:rsidRPr="74270C8A">
        <w:rPr>
          <w:color w:val="002060"/>
          <w:lang w:val="nl-NL"/>
        </w:rPr>
        <w:t>:</w:t>
      </w:r>
      <w:r w:rsidRPr="74270C8A">
        <w:rPr>
          <w:color w:val="002060"/>
          <w:lang w:val="nl-NL"/>
        </w:rPr>
        <w:t xml:space="preserve"> 4 uur verzuim of 4 keer te laat</w:t>
      </w:r>
    </w:p>
    <w:p w14:paraId="776C933C" w14:textId="78FA3A78" w:rsidR="00583414" w:rsidRPr="00467A8F" w:rsidRDefault="563D121E" w:rsidP="74270C8A">
      <w:pPr>
        <w:rPr>
          <w:rFonts w:asciiTheme="majorHAnsi" w:hAnsiTheme="majorHAnsi" w:cstheme="majorBidi"/>
          <w:lang w:val="nl-NL"/>
        </w:rPr>
      </w:pPr>
      <w:r w:rsidRPr="74270C8A">
        <w:rPr>
          <w:rFonts w:asciiTheme="majorHAnsi" w:hAnsiTheme="majorHAnsi" w:cstheme="majorBidi"/>
          <w:lang w:val="nl-NL"/>
        </w:rPr>
        <w:t>Coach (van het huis)</w:t>
      </w:r>
      <w:r w:rsidR="00A008EB" w:rsidRPr="74270C8A">
        <w:rPr>
          <w:rFonts w:asciiTheme="majorHAnsi" w:hAnsiTheme="majorHAnsi" w:cstheme="majorBidi"/>
          <w:lang w:val="nl-NL"/>
        </w:rPr>
        <w:t xml:space="preserve"> verstuurt </w:t>
      </w:r>
      <w:r w:rsidR="00336469" w:rsidRPr="74270C8A">
        <w:rPr>
          <w:rFonts w:asciiTheme="majorHAnsi" w:hAnsiTheme="majorHAnsi" w:cstheme="majorBidi"/>
          <w:lang w:val="nl-NL"/>
        </w:rPr>
        <w:t>standaard</w:t>
      </w:r>
      <w:r w:rsidR="00A008EB" w:rsidRPr="74270C8A">
        <w:rPr>
          <w:rFonts w:asciiTheme="majorHAnsi" w:hAnsiTheme="majorHAnsi" w:cstheme="majorBidi"/>
          <w:lang w:val="nl-NL"/>
        </w:rPr>
        <w:t>mail naar ouders en leerling</w:t>
      </w:r>
      <w:r w:rsidR="6F7C8EF8" w:rsidRPr="74270C8A">
        <w:rPr>
          <w:rFonts w:asciiTheme="majorHAnsi" w:hAnsiTheme="majorHAnsi" w:cstheme="majorBidi"/>
          <w:lang w:val="nl-NL"/>
        </w:rPr>
        <w:t xml:space="preserve"> en past eventuele correcties aan.  Coach voert gesprek met leerling en schrijft een kort begeleidingsverslag in SOM. </w:t>
      </w:r>
    </w:p>
    <w:p w14:paraId="1B595917" w14:textId="00CD2FAE" w:rsidR="00583414" w:rsidRPr="00467A8F" w:rsidRDefault="00A008EB" w:rsidP="74270C8A">
      <w:pPr>
        <w:pStyle w:val="Kop3"/>
        <w:rPr>
          <w:color w:val="002060"/>
          <w:lang w:val="nl-NL"/>
        </w:rPr>
      </w:pPr>
      <w:r w:rsidRPr="74270C8A">
        <w:rPr>
          <w:color w:val="002060"/>
          <w:lang w:val="nl-NL"/>
        </w:rPr>
        <w:t>Stap 2</w:t>
      </w:r>
      <w:r w:rsidR="00336469" w:rsidRPr="74270C8A">
        <w:rPr>
          <w:color w:val="002060"/>
          <w:lang w:val="nl-NL"/>
        </w:rPr>
        <w:t xml:space="preserve">: </w:t>
      </w:r>
      <w:r w:rsidRPr="74270C8A">
        <w:rPr>
          <w:color w:val="002060"/>
          <w:lang w:val="nl-NL"/>
        </w:rPr>
        <w:t>8 uur verzuim of 8 keer te laat</w:t>
      </w:r>
    </w:p>
    <w:p w14:paraId="4DBB773C" w14:textId="74F93572" w:rsidR="00583414" w:rsidRPr="00467A8F" w:rsidRDefault="4FC5F559" w:rsidP="74270C8A">
      <w:pPr>
        <w:rPr>
          <w:rFonts w:asciiTheme="majorHAnsi" w:hAnsiTheme="majorHAnsi" w:cstheme="majorBidi"/>
          <w:lang w:val="nl-NL"/>
        </w:rPr>
      </w:pPr>
      <w:r w:rsidRPr="77B36B47">
        <w:rPr>
          <w:rFonts w:asciiTheme="majorHAnsi" w:hAnsiTheme="majorHAnsi" w:cstheme="majorBidi"/>
          <w:lang w:val="nl-NL"/>
        </w:rPr>
        <w:t xml:space="preserve">Coach (van het huis) </w:t>
      </w:r>
      <w:r w:rsidR="00336469" w:rsidRPr="77B36B47">
        <w:rPr>
          <w:rFonts w:asciiTheme="majorHAnsi" w:hAnsiTheme="majorHAnsi" w:cstheme="majorBidi"/>
          <w:lang w:val="nl-NL"/>
        </w:rPr>
        <w:t>informeert zorgfunctionaris en zij</w:t>
      </w:r>
      <w:r w:rsidR="00A008EB" w:rsidRPr="77B36B47">
        <w:rPr>
          <w:rFonts w:asciiTheme="majorHAnsi" w:hAnsiTheme="majorHAnsi" w:cstheme="majorBidi"/>
          <w:lang w:val="nl-NL"/>
        </w:rPr>
        <w:t xml:space="preserve"> doet eerste melding bij DUO. </w:t>
      </w:r>
      <w:r w:rsidR="00336469" w:rsidRPr="77B36B47">
        <w:rPr>
          <w:rFonts w:asciiTheme="majorHAnsi" w:hAnsiTheme="majorHAnsi" w:cstheme="majorBidi"/>
          <w:lang w:val="nl-NL"/>
        </w:rPr>
        <w:t>L</w:t>
      </w:r>
      <w:r w:rsidR="00A008EB" w:rsidRPr="77B36B47">
        <w:rPr>
          <w:rFonts w:asciiTheme="majorHAnsi" w:hAnsiTheme="majorHAnsi" w:cstheme="majorBidi"/>
          <w:lang w:val="nl-NL"/>
        </w:rPr>
        <w:t xml:space="preserve">eerplichtambtenaar stuurt kennisgevingsbrief. </w:t>
      </w:r>
      <w:r w:rsidR="396D35C3" w:rsidRPr="77B36B47">
        <w:rPr>
          <w:rFonts w:asciiTheme="majorHAnsi" w:hAnsiTheme="majorHAnsi" w:cstheme="majorBidi"/>
          <w:lang w:val="nl-NL"/>
        </w:rPr>
        <w:t>Coach (van het huis)</w:t>
      </w:r>
      <w:r w:rsidR="00A008EB" w:rsidRPr="77B36B47">
        <w:rPr>
          <w:rFonts w:asciiTheme="majorHAnsi" w:hAnsiTheme="majorHAnsi" w:cstheme="majorBidi"/>
          <w:lang w:val="nl-NL"/>
        </w:rPr>
        <w:t xml:space="preserve"> verstuurt </w:t>
      </w:r>
      <w:r w:rsidR="00336469" w:rsidRPr="77B36B47">
        <w:rPr>
          <w:rFonts w:asciiTheme="majorHAnsi" w:hAnsiTheme="majorHAnsi" w:cstheme="majorBidi"/>
          <w:lang w:val="nl-NL"/>
        </w:rPr>
        <w:t>standaard</w:t>
      </w:r>
      <w:r w:rsidR="00A008EB" w:rsidRPr="77B36B47">
        <w:rPr>
          <w:rFonts w:asciiTheme="majorHAnsi" w:hAnsiTheme="majorHAnsi" w:cstheme="majorBidi"/>
          <w:lang w:val="nl-NL"/>
        </w:rPr>
        <w:t>mail</w:t>
      </w:r>
      <w:r w:rsidR="00336469" w:rsidRPr="77B36B47">
        <w:rPr>
          <w:rFonts w:asciiTheme="majorHAnsi" w:hAnsiTheme="majorHAnsi" w:cstheme="majorBidi"/>
          <w:lang w:val="nl-NL"/>
        </w:rPr>
        <w:t xml:space="preserve"> over de melding bij DUO</w:t>
      </w:r>
      <w:r w:rsidR="00A008EB" w:rsidRPr="77B36B47">
        <w:rPr>
          <w:rFonts w:asciiTheme="majorHAnsi" w:hAnsiTheme="majorHAnsi" w:cstheme="majorBidi"/>
          <w:lang w:val="nl-NL"/>
        </w:rPr>
        <w:t xml:space="preserve"> naar ouders en leerling.</w:t>
      </w:r>
    </w:p>
    <w:p w14:paraId="2BDA1543" w14:textId="7689CBA6" w:rsidR="00583414" w:rsidRPr="00336469" w:rsidRDefault="00A008EB" w:rsidP="74270C8A">
      <w:pPr>
        <w:pStyle w:val="Kop3"/>
        <w:rPr>
          <w:color w:val="002060"/>
          <w:lang w:val="nl-NL"/>
        </w:rPr>
      </w:pPr>
      <w:r w:rsidRPr="74270C8A">
        <w:rPr>
          <w:color w:val="002060"/>
          <w:lang w:val="nl-NL"/>
        </w:rPr>
        <w:t>Stap 3</w:t>
      </w:r>
      <w:r w:rsidR="00336469" w:rsidRPr="74270C8A">
        <w:rPr>
          <w:color w:val="002060"/>
          <w:lang w:val="nl-NL"/>
        </w:rPr>
        <w:t>:</w:t>
      </w:r>
      <w:r w:rsidRPr="74270C8A">
        <w:rPr>
          <w:color w:val="002060"/>
          <w:lang w:val="nl-NL"/>
        </w:rPr>
        <w:t xml:space="preserve"> 12 uur verzuim of 12 keer te laat</w:t>
      </w:r>
    </w:p>
    <w:p w14:paraId="686E645C" w14:textId="00C56959" w:rsidR="00583414" w:rsidRPr="00467A8F" w:rsidRDefault="14F86DB4" w:rsidP="74270C8A">
      <w:pPr>
        <w:rPr>
          <w:rFonts w:asciiTheme="majorHAnsi" w:hAnsiTheme="majorHAnsi" w:cstheme="majorBidi"/>
          <w:lang w:val="nl-NL"/>
        </w:rPr>
      </w:pPr>
      <w:r w:rsidRPr="77B36B47">
        <w:rPr>
          <w:rFonts w:asciiTheme="majorHAnsi" w:hAnsiTheme="majorHAnsi" w:cstheme="majorBidi"/>
          <w:lang w:val="nl-NL"/>
        </w:rPr>
        <w:t xml:space="preserve">Coach (van het huis) </w:t>
      </w:r>
      <w:r w:rsidR="00336469" w:rsidRPr="77B36B47">
        <w:rPr>
          <w:rFonts w:asciiTheme="majorHAnsi" w:hAnsiTheme="majorHAnsi" w:cstheme="majorBidi"/>
          <w:lang w:val="nl-NL"/>
        </w:rPr>
        <w:t xml:space="preserve">informeert zorgfunctionaris en zij doet een </w:t>
      </w:r>
      <w:r w:rsidR="00A008EB" w:rsidRPr="77B36B47">
        <w:rPr>
          <w:rFonts w:asciiTheme="majorHAnsi" w:hAnsiTheme="majorHAnsi" w:cstheme="majorBidi"/>
          <w:lang w:val="nl-NL"/>
        </w:rPr>
        <w:t>tweede melding</w:t>
      </w:r>
      <w:r w:rsidR="00336469" w:rsidRPr="77B36B47">
        <w:rPr>
          <w:rFonts w:asciiTheme="majorHAnsi" w:hAnsiTheme="majorHAnsi" w:cstheme="majorBidi"/>
          <w:lang w:val="nl-NL"/>
        </w:rPr>
        <w:t xml:space="preserve"> bij DUO</w:t>
      </w:r>
      <w:r w:rsidR="00A008EB" w:rsidRPr="77B36B47">
        <w:rPr>
          <w:rFonts w:asciiTheme="majorHAnsi" w:hAnsiTheme="majorHAnsi" w:cstheme="majorBidi"/>
          <w:lang w:val="nl-NL"/>
        </w:rPr>
        <w:t xml:space="preserve">. Leerplichtambtenaar spreekt leerling tijdens verzuimspreekuur. </w:t>
      </w:r>
      <w:r w:rsidR="683F25B9" w:rsidRPr="77B36B47">
        <w:rPr>
          <w:rFonts w:asciiTheme="majorHAnsi" w:hAnsiTheme="majorHAnsi" w:cstheme="majorBidi"/>
          <w:lang w:val="nl-NL"/>
        </w:rPr>
        <w:t>Coach (van het huis)</w:t>
      </w:r>
      <w:r w:rsidR="00A008EB" w:rsidRPr="77B36B47">
        <w:rPr>
          <w:rFonts w:asciiTheme="majorHAnsi" w:hAnsiTheme="majorHAnsi" w:cstheme="majorBidi"/>
          <w:lang w:val="nl-NL"/>
        </w:rPr>
        <w:t xml:space="preserve"> verstuurt mail naar ouders en leerling.</w:t>
      </w:r>
    </w:p>
    <w:p w14:paraId="6E0D0006" w14:textId="473274F8" w:rsidR="00583414" w:rsidRPr="00A008EB" w:rsidRDefault="00A008EB" w:rsidP="74270C8A">
      <w:pPr>
        <w:pStyle w:val="Kop3"/>
        <w:rPr>
          <w:color w:val="002060"/>
          <w:lang w:val="nl-NL"/>
        </w:rPr>
      </w:pPr>
      <w:r w:rsidRPr="74270C8A">
        <w:rPr>
          <w:color w:val="002060"/>
          <w:lang w:val="nl-NL"/>
        </w:rPr>
        <w:t>Stap 4: 16 uur verzuim of 16 keer te laat</w:t>
      </w:r>
    </w:p>
    <w:p w14:paraId="03C6E7E2" w14:textId="1ACF8C23" w:rsidR="00583414" w:rsidRPr="00467A8F" w:rsidRDefault="3E9EEEB7" w:rsidP="74270C8A">
      <w:pPr>
        <w:rPr>
          <w:rFonts w:asciiTheme="majorHAnsi" w:hAnsiTheme="majorHAnsi" w:cstheme="majorBidi"/>
          <w:lang w:val="nl-NL"/>
        </w:rPr>
      </w:pPr>
      <w:r w:rsidRPr="74270C8A">
        <w:rPr>
          <w:rFonts w:asciiTheme="majorHAnsi" w:hAnsiTheme="majorHAnsi" w:cstheme="majorBidi"/>
          <w:lang w:val="nl-NL"/>
        </w:rPr>
        <w:t>Coach (van het huis)</w:t>
      </w:r>
      <w:r w:rsidR="00A008EB" w:rsidRPr="74270C8A">
        <w:rPr>
          <w:rFonts w:asciiTheme="majorHAnsi" w:hAnsiTheme="majorHAnsi" w:cstheme="majorBidi"/>
          <w:lang w:val="nl-NL"/>
        </w:rPr>
        <w:t xml:space="preserve"> informeert zorgfunctionaris en zij doet derde melding. Officieel gesprek met ouders, leerling en leerplichtambtenaar. Mogelijke HALT-straf.</w:t>
      </w:r>
    </w:p>
    <w:p w14:paraId="00BA8CC4" w14:textId="06AF2D51" w:rsidR="00583414" w:rsidRPr="00467A8F" w:rsidRDefault="00A008EB" w:rsidP="74270C8A">
      <w:pPr>
        <w:pStyle w:val="Kop2"/>
        <w:rPr>
          <w:color w:val="002060"/>
          <w:lang w:val="nl-NL"/>
        </w:rPr>
      </w:pPr>
      <w:r w:rsidRPr="74270C8A">
        <w:rPr>
          <w:color w:val="002060"/>
          <w:lang w:val="nl-NL"/>
        </w:rPr>
        <w:t>Extra informatie</w:t>
      </w:r>
    </w:p>
    <w:p w14:paraId="718501C9" w14:textId="54B695FA" w:rsidR="00583414" w:rsidRPr="00467A8F" w:rsidRDefault="00A008EB">
      <w:pPr>
        <w:rPr>
          <w:rFonts w:asciiTheme="majorHAnsi" w:hAnsiTheme="majorHAnsi" w:cstheme="majorHAnsi"/>
          <w:lang w:val="nl-NL"/>
        </w:rPr>
      </w:pPr>
      <w:r w:rsidRPr="00467A8F">
        <w:rPr>
          <w:rFonts w:asciiTheme="majorHAnsi" w:hAnsiTheme="majorHAnsi" w:cstheme="majorHAnsi"/>
          <w:lang w:val="nl-NL"/>
        </w:rPr>
        <w:t>- Een hele dag afwezig = ± 8 uur → start bij stap 1.</w:t>
      </w:r>
      <w:r>
        <w:rPr>
          <w:rFonts w:asciiTheme="majorHAnsi" w:hAnsiTheme="majorHAnsi" w:cstheme="majorHAnsi"/>
          <w:lang w:val="nl-NL"/>
        </w:rPr>
        <w:br/>
        <w:t xml:space="preserve">- </w:t>
      </w:r>
      <w:r w:rsidRPr="00467A8F">
        <w:rPr>
          <w:rFonts w:asciiTheme="majorHAnsi" w:hAnsiTheme="majorHAnsi" w:cstheme="majorHAnsi"/>
          <w:lang w:val="nl-NL"/>
        </w:rPr>
        <w:t>Uren worden bij elkaar opgeteld (bijv. 2 uur te laat + 2 uur afwezig = stap 1).</w:t>
      </w:r>
      <w:r>
        <w:rPr>
          <w:rFonts w:asciiTheme="majorHAnsi" w:hAnsiTheme="majorHAnsi" w:cstheme="majorHAnsi"/>
          <w:lang w:val="nl-NL"/>
        </w:rPr>
        <w:br/>
        <w:t xml:space="preserve">- </w:t>
      </w:r>
      <w:r w:rsidRPr="00467A8F">
        <w:rPr>
          <w:rFonts w:asciiTheme="majorHAnsi" w:hAnsiTheme="majorHAnsi" w:cstheme="majorHAnsi"/>
          <w:lang w:val="nl-NL"/>
        </w:rPr>
        <w:t>In bijzondere situaties kan van de standaardprocedure worden afgeweken.</w:t>
      </w:r>
    </w:p>
    <w:p w14:paraId="16A2836B" w14:textId="687F0EAA" w:rsidR="00583414" w:rsidRPr="00467A8F" w:rsidRDefault="00A008EB" w:rsidP="74270C8A">
      <w:pPr>
        <w:pStyle w:val="Kop2"/>
        <w:rPr>
          <w:color w:val="002060"/>
          <w:lang w:val="nl-NL"/>
        </w:rPr>
      </w:pPr>
      <w:r w:rsidRPr="74270C8A">
        <w:rPr>
          <w:color w:val="002060"/>
          <w:lang w:val="nl-NL"/>
        </w:rPr>
        <w:t>Geoorloofd verzuim</w:t>
      </w:r>
    </w:p>
    <w:p w14:paraId="73985C09" w14:textId="77777777" w:rsidR="00583414" w:rsidRPr="00467A8F" w:rsidRDefault="00A008EB">
      <w:pPr>
        <w:rPr>
          <w:rFonts w:asciiTheme="majorHAnsi" w:hAnsiTheme="majorHAnsi" w:cstheme="majorHAnsi"/>
          <w:lang w:val="nl-NL"/>
        </w:rPr>
      </w:pPr>
      <w:r w:rsidRPr="00467A8F">
        <w:rPr>
          <w:rFonts w:asciiTheme="majorHAnsi" w:hAnsiTheme="majorHAnsi" w:cstheme="majorHAnsi"/>
          <w:lang w:val="nl-NL"/>
        </w:rPr>
        <w:t>Toegestane afwezigheid bij ziekte, medisch bezoek, buitenschoolse activiteiten, familieomstandigheden of bijzonder verlof (met toestemming van teamleider).</w:t>
      </w:r>
    </w:p>
    <w:p w14:paraId="370FC001" w14:textId="1EFDECA5" w:rsidR="00583414" w:rsidRPr="00467A8F" w:rsidRDefault="00A008EB" w:rsidP="74270C8A">
      <w:pPr>
        <w:pStyle w:val="Kop2"/>
        <w:rPr>
          <w:color w:val="002060"/>
          <w:lang w:val="nl-NL"/>
        </w:rPr>
      </w:pPr>
      <w:r w:rsidRPr="74270C8A">
        <w:rPr>
          <w:color w:val="002060"/>
          <w:lang w:val="nl-NL"/>
        </w:rPr>
        <w:t>Ziekteverzuim</w:t>
      </w:r>
    </w:p>
    <w:p w14:paraId="7245AE37" w14:textId="77777777" w:rsidR="00583414" w:rsidRPr="00467A8F" w:rsidRDefault="00A008EB" w:rsidP="74270C8A">
      <w:pPr>
        <w:pStyle w:val="Kop3"/>
        <w:rPr>
          <w:color w:val="002060"/>
          <w:lang w:val="nl-NL"/>
        </w:rPr>
      </w:pPr>
      <w:r w:rsidRPr="74270C8A">
        <w:rPr>
          <w:color w:val="002060"/>
          <w:lang w:val="nl-NL"/>
        </w:rPr>
        <w:t>Stap 1 – 40 uur ziekteverzuim in 4 weken</w:t>
      </w:r>
    </w:p>
    <w:p w14:paraId="76397B99" w14:textId="77777777" w:rsidR="00583414" w:rsidRPr="00467A8F" w:rsidRDefault="00A008EB">
      <w:pPr>
        <w:rPr>
          <w:rFonts w:asciiTheme="majorHAnsi" w:hAnsiTheme="majorHAnsi" w:cstheme="majorHAnsi"/>
          <w:lang w:val="nl-NL"/>
        </w:rPr>
      </w:pPr>
      <w:r w:rsidRPr="00467A8F">
        <w:rPr>
          <w:rFonts w:asciiTheme="majorHAnsi" w:hAnsiTheme="majorHAnsi" w:cstheme="majorHAnsi"/>
          <w:lang w:val="nl-NL"/>
        </w:rPr>
        <w:t>Coach voert gesprek met leerling om reden van verzuim te achterhalen.</w:t>
      </w:r>
    </w:p>
    <w:p w14:paraId="16479418" w14:textId="77777777" w:rsidR="00583414" w:rsidRPr="00467A8F" w:rsidRDefault="00A008EB" w:rsidP="74270C8A">
      <w:pPr>
        <w:pStyle w:val="Kop3"/>
        <w:rPr>
          <w:color w:val="002060"/>
          <w:lang w:val="nl-NL"/>
        </w:rPr>
      </w:pPr>
      <w:r w:rsidRPr="74270C8A">
        <w:rPr>
          <w:color w:val="002060"/>
          <w:lang w:val="nl-NL"/>
        </w:rPr>
        <w:lastRenderedPageBreak/>
        <w:t>Stap 2 – Aanhoudend ziekteverzuim</w:t>
      </w:r>
    </w:p>
    <w:p w14:paraId="53092BC4" w14:textId="77777777" w:rsidR="00583414" w:rsidRPr="00467A8F" w:rsidRDefault="00A008EB">
      <w:pPr>
        <w:rPr>
          <w:rFonts w:asciiTheme="majorHAnsi" w:hAnsiTheme="majorHAnsi" w:cstheme="majorHAnsi"/>
          <w:lang w:val="nl-NL"/>
        </w:rPr>
      </w:pPr>
      <w:r w:rsidRPr="00467A8F">
        <w:rPr>
          <w:rFonts w:asciiTheme="majorHAnsi" w:hAnsiTheme="majorHAnsi" w:cstheme="majorHAnsi"/>
          <w:lang w:val="nl-NL"/>
        </w:rPr>
        <w:t>Leerling wordt aangemeld voor ziekteverzuimgesprek bij GGD verpleegkundige.</w:t>
      </w:r>
    </w:p>
    <w:sectPr w:rsidR="00583414" w:rsidRPr="00467A8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9393615">
    <w:abstractNumId w:val="6"/>
  </w:num>
  <w:num w:numId="2" w16cid:durableId="1215503848">
    <w:abstractNumId w:val="5"/>
  </w:num>
  <w:num w:numId="3" w16cid:durableId="173882249">
    <w:abstractNumId w:val="0"/>
  </w:num>
  <w:num w:numId="4" w16cid:durableId="1807237373">
    <w:abstractNumId w:val="4"/>
  </w:num>
  <w:num w:numId="5" w16cid:durableId="1911575688">
    <w:abstractNumId w:val="8"/>
  </w:num>
  <w:num w:numId="6" w16cid:durableId="332534968">
    <w:abstractNumId w:val="1"/>
  </w:num>
  <w:num w:numId="7" w16cid:durableId="501316991">
    <w:abstractNumId w:val="2"/>
  </w:num>
  <w:num w:numId="8" w16cid:durableId="703215938">
    <w:abstractNumId w:val="3"/>
  </w:num>
  <w:num w:numId="9" w16cid:durableId="8595839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1651"/>
    <w:rsid w:val="0015074B"/>
    <w:rsid w:val="0029639D"/>
    <w:rsid w:val="002D55F7"/>
    <w:rsid w:val="00326F90"/>
    <w:rsid w:val="00336469"/>
    <w:rsid w:val="003B27FF"/>
    <w:rsid w:val="00467A8F"/>
    <w:rsid w:val="004E1D6A"/>
    <w:rsid w:val="00503734"/>
    <w:rsid w:val="00583414"/>
    <w:rsid w:val="006A4493"/>
    <w:rsid w:val="0086562C"/>
    <w:rsid w:val="00A008EB"/>
    <w:rsid w:val="00AA1D8D"/>
    <w:rsid w:val="00B47730"/>
    <w:rsid w:val="00C911DB"/>
    <w:rsid w:val="00CB0664"/>
    <w:rsid w:val="00FC693F"/>
    <w:rsid w:val="04CAAC7A"/>
    <w:rsid w:val="0DBCCFA9"/>
    <w:rsid w:val="14F86DB4"/>
    <w:rsid w:val="21E99B00"/>
    <w:rsid w:val="25CC0038"/>
    <w:rsid w:val="338C96EC"/>
    <w:rsid w:val="33D9E053"/>
    <w:rsid w:val="37E51A1B"/>
    <w:rsid w:val="396D35C3"/>
    <w:rsid w:val="3BB98C3F"/>
    <w:rsid w:val="3E9EEEB7"/>
    <w:rsid w:val="44784A5F"/>
    <w:rsid w:val="4FC5F559"/>
    <w:rsid w:val="51D20CFB"/>
    <w:rsid w:val="563D121E"/>
    <w:rsid w:val="5DB3C482"/>
    <w:rsid w:val="683F25B9"/>
    <w:rsid w:val="6F7C8EF8"/>
    <w:rsid w:val="74270C8A"/>
    <w:rsid w:val="76EFA5E0"/>
    <w:rsid w:val="77B36B47"/>
    <w:rsid w:val="7896E140"/>
    <w:rsid w:val="7A44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B43D4E"/>
  <w14:defaultImageDpi w14:val="300"/>
  <w15:docId w15:val="{C465C24C-18D9-4069-8C38-62B65CEEC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9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8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f0804938-2bb7-42b7-81be-984675aa5203" xsi:nil="true"/>
    <_ip_UnifiedCompliancePolicyProperties xmlns="http://schemas.microsoft.com/sharepoint/v3" xsi:nil="true"/>
    <lcf76f155ced4ddcb4097134ff3c332f xmlns="687af5b8-5c4c-4766-99f8-0006d5654f9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5B195B8867F147927C6EFE29D17D02" ma:contentTypeVersion="20" ma:contentTypeDescription="Een nieuw document maken." ma:contentTypeScope="" ma:versionID="1fcfbdc5cee9c2c1b66c0e97857f0725">
  <xsd:schema xmlns:xsd="http://www.w3.org/2001/XMLSchema" xmlns:xs="http://www.w3.org/2001/XMLSchema" xmlns:p="http://schemas.microsoft.com/office/2006/metadata/properties" xmlns:ns1="http://schemas.microsoft.com/sharepoint/v3" xmlns:ns2="f0804938-2bb7-42b7-81be-984675aa5203" xmlns:ns3="687af5b8-5c4c-4766-99f8-0006d5654f98" targetNamespace="http://schemas.microsoft.com/office/2006/metadata/properties" ma:root="true" ma:fieldsID="20e49b14469c5cf1c656b0e3029a852c" ns1:_="" ns2:_="" ns3:_="">
    <xsd:import namespace="http://schemas.microsoft.com/sharepoint/v3"/>
    <xsd:import namespace="f0804938-2bb7-42b7-81be-984675aa5203"/>
    <xsd:import namespace="687af5b8-5c4c-4766-99f8-0006d5654f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804938-2bb7-42b7-81be-984675aa52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6fa07fc-31ac-4739-af2a-b5ef6cb65439}" ma:internalName="TaxCatchAll" ma:showField="CatchAllData" ma:web="f0804938-2bb7-42b7-81be-984675aa52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7af5b8-5c4c-4766-99f8-0006d5654f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105de82c-4170-407b-ba0f-f57778a298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D619CE-34F3-4B0C-AA03-51C59D1EAD7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0804938-2bb7-42b7-81be-984675aa5203"/>
    <ds:schemaRef ds:uri="687af5b8-5c4c-4766-99f8-0006d5654f98"/>
  </ds:schemaRefs>
</ds:datastoreItem>
</file>

<file path=customXml/itemProps2.xml><?xml version="1.0" encoding="utf-8"?>
<ds:datastoreItem xmlns:ds="http://schemas.openxmlformats.org/officeDocument/2006/customXml" ds:itemID="{615811EE-4E82-4787-9843-6459EEF7AEA0}"/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0B2B11-A4A6-47A5-87DB-D3CE73B03BB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90a278f-1a60-4c7c-a799-0d09090d6db8}" enabled="1" method="Standard" siteId="{ae0fde7c-b50a-4ab9-917e-feace941a13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323</Words>
  <Characters>1780</Characters>
  <Application>Microsoft Office Word</Application>
  <DocSecurity>0</DocSecurity>
  <Lines>14</Lines>
  <Paragraphs>4</Paragraphs>
  <ScaleCrop>false</ScaleCrop>
  <Manager/>
  <Company/>
  <LinksUpToDate>false</LinksUpToDate>
  <CharactersWithSpaces>2099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H. van der Plaat</cp:lastModifiedBy>
  <cp:revision>8</cp:revision>
  <dcterms:created xsi:type="dcterms:W3CDTF">2025-08-21T10:31:00Z</dcterms:created>
  <dcterms:modified xsi:type="dcterms:W3CDTF">2026-03-04T08:59:00Z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0x0101000E5B195B8867F147927C6EFE29D17D02</vt:lpwstr>
  </property>
  <property fmtid="{D5CDD505-2E9C-101B-9397-08002B2CF9AE}" pid="3" name="MediaServiceImageTags">
    <vt:lpwstr/>
  </property>
</Properties>
</file>